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הקשורים לימי הביניים ולהתפתחות הנצרות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מונחים מרכזיים מהתקופה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קשרים בין דמויות, מוסדות ואירועים בתקופה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האימפריה הרומית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להילחם ולהגן על האדון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פיאודליזם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איכרים שעבדו את האדמה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הכנסייה שלטה בתחומי חיים רבים, כולל חינוך וערכים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ימי הביניים הגיעו אחרי העת העתיקה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מסעות הצלב נעשו כדי להשתלט על אדמות קדושות מבחינה דתית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מנזרים היו מרכזים חשובים של דת ולימוד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האדונים נתנו הגנה והאיכרים עיבדו את האדמה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אפיפיור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פיאודליזם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אבירים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(מנהיג הכנסייה הקתולית)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(לוחם אציל שנלחם למען אדונו)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(עיבד את האדמה עבור האדון)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(חי במנזר ועסק בדת ולימוד)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(יצא למסע מלחמה דתי)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שיטה חברתית בה אדונים נותנים הגנה ואדמה לאיכרים תמורת עבודה ונאמנות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הכנסייה השפיעה על חינוך, ערכים, חוקים ואורח חיים של התושבים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מטעמים דתיים, כדי להשתלט על אדמות שנחשבו קדושות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פיאודליזם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האפיפיור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מסעות מלחמה דתיים של נוצרים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איש תלוי בכיתה עם המושגים מהדף לפני או אחרי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לחזק את ההבנה של סדר התקופות ההיסטוריות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כקשים בכיתות המתקשות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📜 מבחן והכנה – מבוא להיסטוריה, ימי הביניים והנצרות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יסוד - ימי הביניים והנצרות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מושגי מפתח העוסקים בימי הביניים ובתולדות הנצרות, כפי שמופיעים במשחק איש תלוי.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אימפריה התפשטה הנצרות בשלביה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האימפריה הרומית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האימפריה הפרסית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האימפריה הבבלית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האימפריה המצרית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עמד בראש הכנסייה הקתולית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האפיפיור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הקיסר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הנזיר הראשי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תפקידם של האבירים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לעבד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להילחם ולהגן על האדון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לנהל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השיטה החברתית-כלכלית שהייתה נהוגה בימי הביניים באירופה?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קפיטליזם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פיאודליזם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סוציאליזם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דמוקרטיה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היה מצבה של רוב האוכלוסייה בימי הביניים?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איכרים שעבדו את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סוחרים עשירים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חיילים מקצועיים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הכנסייה הייתה מוסד בעל השפעה רבה בחיי התושבים בימי הביניים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ימי הביניים הם תקופה שקדמה לעת העתיקה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הצלבנים יצאו למסעות מלחמה מטעמים דתיים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בימי הביניים לא היו מנזרים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פיאודליזם מבוסס על יחסים בין אדונים לאיכרים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היה מנהיג הכנסייה הקתולית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לוחמים נוצרים שיצאו למלחמות דת נקראו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מקום מגורים של נזירים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השיטה החברתית בה אדונים שולטים על איכרים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לוחמים אצילים בימי הביניים נקראו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אפיפיור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 במנזר ועסק בדת ולימוד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יצא למסע מלחמה 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מנהיג הכנסייה הקתולית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נזיר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עיבד את האדמה עבור האדון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לוחם אציל שנלחם למען אדונו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פיאודליזם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תפקידה של הכנסייה בחיי התושבים בימי הביניים?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יצאו הצלבנים למסעות הצלב?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השיטה החברתית שהייתה נהוגה בימי הביניים?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עמד בראש הכנסייה הקתולית?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מסעות הצלב?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יסוד - ימי הביניים והנצרות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